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290F6" w14:textId="77777777" w:rsidR="00D52A59" w:rsidRPr="007B443F" w:rsidRDefault="00000000" w:rsidP="007B443F">
      <w:pPr>
        <w:pStyle w:val="KonuBal"/>
        <w:jc w:val="center"/>
        <w:rPr>
          <w:b/>
          <w:bCs/>
          <w:sz w:val="32"/>
          <w:szCs w:val="32"/>
        </w:rPr>
      </w:pPr>
      <w:r w:rsidRPr="007B443F">
        <w:rPr>
          <w:b/>
          <w:bCs/>
          <w:sz w:val="32"/>
          <w:szCs w:val="32"/>
        </w:rPr>
        <w:t>İSTANBUL YENİ YÜZYIL ÜNİVERSİTESİ</w:t>
      </w:r>
      <w:r w:rsidRPr="007B443F">
        <w:rPr>
          <w:b/>
          <w:bCs/>
          <w:sz w:val="32"/>
          <w:szCs w:val="32"/>
        </w:rPr>
        <w:br/>
        <w:t>İKTİSADİ VE İDARİ BİLİMLER FAKÜLTESİ DEKANLIĞI’NA</w:t>
      </w:r>
    </w:p>
    <w:p w14:paraId="24900BB4" w14:textId="77777777" w:rsidR="00D52A59" w:rsidRDefault="00000000">
      <w:r>
        <w:br/>
        <w:t>Konu: Ders Telafi Talebi</w:t>
      </w:r>
      <w:r>
        <w:br/>
      </w:r>
    </w:p>
    <w:p w14:paraId="451DC62B" w14:textId="77777777" w:rsidR="00D52A59" w:rsidRDefault="00000000">
      <w:r>
        <w:t>Fakültemiz bünyesinde yürütmekte olduğum aşağıda bilgileri verilen dersin, belirtilen tarihte yapılamamış olması nedeniyle telafi edilmesi gerekmektedir. Belirtilen tarih ve saatte telafi dersinin yapılması hususunda gereğini arz ederim.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52A59" w14:paraId="73A2FE1B" w14:textId="77777777">
        <w:tc>
          <w:tcPr>
            <w:tcW w:w="4320" w:type="dxa"/>
          </w:tcPr>
          <w:p w14:paraId="224827EE" w14:textId="77777777" w:rsidR="00D52A59" w:rsidRDefault="00000000">
            <w:r>
              <w:t>Bölüm</w:t>
            </w:r>
          </w:p>
        </w:tc>
        <w:tc>
          <w:tcPr>
            <w:tcW w:w="4320" w:type="dxa"/>
          </w:tcPr>
          <w:p w14:paraId="453093CD" w14:textId="77777777" w:rsidR="00D52A59" w:rsidRDefault="00000000">
            <w:r>
              <w:t>.........................................................</w:t>
            </w:r>
          </w:p>
        </w:tc>
      </w:tr>
      <w:tr w:rsidR="00D52A59" w14:paraId="7B2C66E1" w14:textId="77777777">
        <w:tc>
          <w:tcPr>
            <w:tcW w:w="4320" w:type="dxa"/>
          </w:tcPr>
          <w:p w14:paraId="4EFB3B75" w14:textId="77777777" w:rsidR="00D52A59" w:rsidRDefault="00000000">
            <w:r>
              <w:t>Ders Adı</w:t>
            </w:r>
          </w:p>
        </w:tc>
        <w:tc>
          <w:tcPr>
            <w:tcW w:w="4320" w:type="dxa"/>
          </w:tcPr>
          <w:p w14:paraId="1724D5D7" w14:textId="77777777" w:rsidR="00D52A59" w:rsidRDefault="00000000">
            <w:r>
              <w:t>.........................................................</w:t>
            </w:r>
          </w:p>
        </w:tc>
      </w:tr>
      <w:tr w:rsidR="00D52A59" w14:paraId="7A52F9A0" w14:textId="77777777">
        <w:tc>
          <w:tcPr>
            <w:tcW w:w="4320" w:type="dxa"/>
          </w:tcPr>
          <w:p w14:paraId="7173B468" w14:textId="77777777" w:rsidR="00D52A59" w:rsidRDefault="00000000">
            <w:r>
              <w:t>Ders Kodu</w:t>
            </w:r>
          </w:p>
        </w:tc>
        <w:tc>
          <w:tcPr>
            <w:tcW w:w="4320" w:type="dxa"/>
          </w:tcPr>
          <w:p w14:paraId="7EDCDE8E" w14:textId="77777777" w:rsidR="00D52A59" w:rsidRDefault="00000000">
            <w:r>
              <w:t>.........................................................</w:t>
            </w:r>
          </w:p>
        </w:tc>
      </w:tr>
      <w:tr w:rsidR="00D52A59" w14:paraId="70727A57" w14:textId="77777777">
        <w:tc>
          <w:tcPr>
            <w:tcW w:w="4320" w:type="dxa"/>
          </w:tcPr>
          <w:p w14:paraId="5C3F5BB2" w14:textId="77777777" w:rsidR="00D52A59" w:rsidRDefault="00000000">
            <w:r>
              <w:t>Dersin Öğretim Üyesi</w:t>
            </w:r>
          </w:p>
        </w:tc>
        <w:tc>
          <w:tcPr>
            <w:tcW w:w="4320" w:type="dxa"/>
          </w:tcPr>
          <w:p w14:paraId="05AD9D26" w14:textId="77777777" w:rsidR="00D52A59" w:rsidRDefault="00000000">
            <w:r>
              <w:t>.........................................................</w:t>
            </w:r>
          </w:p>
        </w:tc>
      </w:tr>
      <w:tr w:rsidR="00D52A59" w14:paraId="46EAF399" w14:textId="77777777">
        <w:tc>
          <w:tcPr>
            <w:tcW w:w="4320" w:type="dxa"/>
          </w:tcPr>
          <w:p w14:paraId="72CC5D01" w14:textId="77777777" w:rsidR="00D52A59" w:rsidRDefault="00000000">
            <w:r>
              <w:t>Yapılamayan Ders Tarihi</w:t>
            </w:r>
          </w:p>
        </w:tc>
        <w:tc>
          <w:tcPr>
            <w:tcW w:w="4320" w:type="dxa"/>
          </w:tcPr>
          <w:p w14:paraId="2518E3E1" w14:textId="77777777" w:rsidR="00D52A59" w:rsidRDefault="00000000">
            <w:r>
              <w:t>…… / …… / ……</w:t>
            </w:r>
          </w:p>
        </w:tc>
      </w:tr>
      <w:tr w:rsidR="00D52A59" w14:paraId="3DFC4DB7" w14:textId="77777777">
        <w:tc>
          <w:tcPr>
            <w:tcW w:w="4320" w:type="dxa"/>
          </w:tcPr>
          <w:p w14:paraId="3E900BA6" w14:textId="77777777" w:rsidR="00D52A59" w:rsidRDefault="00000000">
            <w:r>
              <w:t>Telafi Ders Tarihi ve Saati</w:t>
            </w:r>
          </w:p>
        </w:tc>
        <w:tc>
          <w:tcPr>
            <w:tcW w:w="4320" w:type="dxa"/>
          </w:tcPr>
          <w:p w14:paraId="371BBBB1" w14:textId="77777777" w:rsidR="00D52A59" w:rsidRDefault="00000000">
            <w:r>
              <w:t>…… / …… / ……   Saat: ……</w:t>
            </w:r>
          </w:p>
        </w:tc>
      </w:tr>
    </w:tbl>
    <w:p w14:paraId="133E4C36" w14:textId="77777777" w:rsidR="00D52A59" w:rsidRDefault="00000000"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52A59" w14:paraId="17B86B15" w14:textId="77777777">
        <w:tc>
          <w:tcPr>
            <w:tcW w:w="4320" w:type="dxa"/>
          </w:tcPr>
          <w:p w14:paraId="57FE6837" w14:textId="77777777" w:rsidR="00D52A59" w:rsidRDefault="00000000">
            <w:r>
              <w:t>Derslik / Ortam</w:t>
            </w:r>
          </w:p>
        </w:tc>
        <w:tc>
          <w:tcPr>
            <w:tcW w:w="4320" w:type="dxa"/>
          </w:tcPr>
          <w:p w14:paraId="55F0F373" w14:textId="77777777" w:rsidR="00D52A59" w:rsidRDefault="00000000">
            <w:r>
              <w:t>.........................................................</w:t>
            </w:r>
          </w:p>
        </w:tc>
      </w:tr>
      <w:tr w:rsidR="00D52A59" w14:paraId="0FE4F1D3" w14:textId="77777777">
        <w:tc>
          <w:tcPr>
            <w:tcW w:w="4320" w:type="dxa"/>
          </w:tcPr>
          <w:p w14:paraId="18F0B21D" w14:textId="77777777" w:rsidR="00D52A59" w:rsidRDefault="00000000">
            <w:r>
              <w:t>Telafi Gerekçesi</w:t>
            </w:r>
          </w:p>
        </w:tc>
        <w:tc>
          <w:tcPr>
            <w:tcW w:w="4320" w:type="dxa"/>
          </w:tcPr>
          <w:p w14:paraId="64EDBFD3" w14:textId="507FA3BA" w:rsidR="00D52A59" w:rsidRDefault="00000000">
            <w:r>
              <w:t>..............................</w:t>
            </w:r>
            <w:r w:rsidR="007B443F">
              <w:t>...</w:t>
            </w:r>
            <w:r w:rsidR="007B443F">
              <w:t>.........................................................</w:t>
            </w:r>
            <w:r w:rsidR="007B443F">
              <w:t xml:space="preserve"> </w:t>
            </w:r>
            <w:r w:rsidR="007B443F">
              <w:t>......................................................</w:t>
            </w:r>
            <w:r w:rsidR="007B443F">
              <w:t>...............................</w:t>
            </w:r>
            <w:r w:rsidR="007B443F">
              <w:t>...</w:t>
            </w:r>
            <w:r w:rsidR="007B443F">
              <w:t xml:space="preserve">.. </w:t>
            </w:r>
            <w:r w:rsidR="007B443F">
              <w:t>.........................................................</w:t>
            </w:r>
            <w:r w:rsidR="007B443F">
              <w:t xml:space="preserve">................................. </w:t>
            </w:r>
            <w:r w:rsidR="007B443F">
              <w:t>.........................................................</w:t>
            </w:r>
            <w:r>
              <w:t>..........................</w:t>
            </w:r>
          </w:p>
        </w:tc>
      </w:tr>
    </w:tbl>
    <w:p w14:paraId="5D1DDBE8" w14:textId="14D57A91" w:rsidR="00D52A59" w:rsidRDefault="00D52A59"/>
    <w:p w14:paraId="5D8A2C38" w14:textId="77777777" w:rsidR="00D52A59" w:rsidRDefault="00000000">
      <w:r>
        <w:t>Tarih: …… / …… / ……</w:t>
      </w:r>
      <w:r>
        <w:br/>
      </w:r>
    </w:p>
    <w:p w14:paraId="18CF517D" w14:textId="77777777" w:rsidR="00D52A59" w:rsidRDefault="00000000">
      <w:r>
        <w:t>Dersin Öğretim Üyesi</w:t>
      </w:r>
      <w:r>
        <w:br/>
        <w:t>Adı Soyadı: .........................................................</w:t>
      </w:r>
      <w:r>
        <w:br/>
        <w:t>İmza: .........................................................</w:t>
      </w:r>
    </w:p>
    <w:sectPr w:rsidR="00D52A5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2688230">
    <w:abstractNumId w:val="8"/>
  </w:num>
  <w:num w:numId="2" w16cid:durableId="132336566">
    <w:abstractNumId w:val="6"/>
  </w:num>
  <w:num w:numId="3" w16cid:durableId="1016006705">
    <w:abstractNumId w:val="5"/>
  </w:num>
  <w:num w:numId="4" w16cid:durableId="1063025354">
    <w:abstractNumId w:val="4"/>
  </w:num>
  <w:num w:numId="5" w16cid:durableId="832187959">
    <w:abstractNumId w:val="7"/>
  </w:num>
  <w:num w:numId="6" w16cid:durableId="4210379">
    <w:abstractNumId w:val="3"/>
  </w:num>
  <w:num w:numId="7" w16cid:durableId="1899707763">
    <w:abstractNumId w:val="2"/>
  </w:num>
  <w:num w:numId="8" w16cid:durableId="337587409">
    <w:abstractNumId w:val="1"/>
  </w:num>
  <w:num w:numId="9" w16cid:durableId="46512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4CF6"/>
    <w:rsid w:val="007B443F"/>
    <w:rsid w:val="00AA1D8D"/>
    <w:rsid w:val="00B47730"/>
    <w:rsid w:val="00CB0664"/>
    <w:rsid w:val="00D52A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B15BD4"/>
  <w14:defaultImageDpi w14:val="300"/>
  <w15:docId w15:val="{AE13FA99-C78B-432B-ADC1-C747EDD7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ZEYNEP ÖZDEMİR</cp:lastModifiedBy>
  <cp:revision>2</cp:revision>
  <dcterms:created xsi:type="dcterms:W3CDTF">2013-12-23T23:15:00Z</dcterms:created>
  <dcterms:modified xsi:type="dcterms:W3CDTF">2026-04-16T10:47:00Z</dcterms:modified>
  <cp:category/>
</cp:coreProperties>
</file>